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Customer case study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Customer</w:t>
            </w:r>
          </w:p>
        </w:tc>
        <w:tc>
          <w:tcPr>
            <w:tcW w:type="dxa" w:w="6803"/>
          </w:tcPr>
          <w:p>
            <w:r>
              <w:t>Name, sector, size and location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Customer contact</w:t>
            </w:r>
          </w:p>
        </w:tc>
        <w:tc>
          <w:tcPr>
            <w:tcW w:type="dxa" w:w="6803"/>
          </w:tcPr>
          <w:p>
            <w:r>
              <w:t>Name and job title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Our account lead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Service or product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When the work happened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Approved for publication</w:t>
            </w:r>
          </w:p>
        </w:tc>
        <w:tc>
          <w:tcPr>
            <w:tcW w:type="dxa" w:w="6803"/>
          </w:tcPr>
          <w:p>
            <w:r>
              <w:t>Customer's name, job title and date</w:t>
            </w:r>
          </w:p>
        </w:tc>
      </w:tr>
    </w:tbl>
    <w:p/>
    <w:p>
      <w:pPr>
        <w:pStyle w:val="Heading2"/>
      </w:pPr>
      <w:r>
        <w:t>Headline</w:t>
      </w:r>
    </w:p>
    <w:p>
      <w:r>
        <w:rPr>
          <w:i/>
          <w:color w:val="6B7083"/>
        </w:rPr>
        <w:t>The customer and the result, with a number, in one line.</w:t>
      </w:r>
    </w:p>
    <w:p>
      <w:pPr>
        <w:pStyle w:val="Heading2"/>
      </w:pPr>
      <w:r>
        <w:t>1. At a glance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Customer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Challenge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What we did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Results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2. About the customer</w:t>
      </w:r>
    </w:p>
    <w:p>
      <w:r>
        <w:rPr>
          <w:i/>
          <w:color w:val="6B7083"/>
        </w:rPr>
        <w:t>Two or three sentences: what they do, how big they are and where. Readers should recognise their own business.</w:t>
      </w:r>
    </w:p>
    <w:p>
      <w:pPr>
        <w:pStyle w:val="Heading2"/>
      </w:pPr>
      <w:r>
        <w:t>3. The challenge</w:t>
      </w:r>
    </w:p>
    <w:p>
      <w:r>
        <w:rPr>
          <w:i/>
          <w:color w:val="6B7083"/>
        </w:rPr>
        <w:t>What wasn't working, what it was costing them, and why it had to change now. Use their words where you can.</w:t>
      </w:r>
    </w:p>
    <w:p>
      <w:pPr>
        <w:pStyle w:val="Heading2"/>
      </w:pPr>
      <w:r>
        <w:t>4. Why they chose us</w:t>
      </w:r>
    </w:p>
    <w:p>
      <w:r>
        <w:rPr>
          <w:i/>
          <w:color w:val="6B7083"/>
        </w:rPr>
        <w:t>What else they considered, and what decided it.</w:t>
      </w:r>
    </w:p>
    <w:p>
      <w:pPr>
        <w:pStyle w:val="Heading2"/>
      </w:pPr>
      <w:r>
        <w:t>5. 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Stage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What happened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When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6. Results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Measure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Before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After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Period and source of the figures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7. In their words</w:t>
      </w:r>
    </w:p>
    <w:p>
      <w:r>
        <w:t>"[One or two sentences from the customer about the result and what it meant for them, in their exact words as approved.]"</w:t>
      </w:r>
    </w:p>
    <w:p>
      <w:r>
        <w:t>[Name], [job title], [organisation]</w:t>
      </w:r>
    </w:p>
    <w:p>
      <w:pPr>
        <w:pStyle w:val="Heading2"/>
      </w:pPr>
      <w:r>
        <w:t>8. Approval before publishing</w:t>
      </w:r>
    </w:p>
    <w:p>
      <w:pPr>
        <w:spacing w:after="60"/>
        <w:ind w:left="227"/>
      </w:pPr>
      <w:r>
        <w:t>☐  The customer has read the whole final text, not just the quote</w:t>
      </w:r>
    </w:p>
    <w:p>
      <w:pPr>
        <w:spacing w:after="60"/>
        <w:ind w:left="227"/>
      </w:pPr>
      <w:r>
        <w:t>☐  They agree to be named, or we've agreed how they'll be described</w:t>
      </w:r>
    </w:p>
    <w:p>
      <w:pPr>
        <w:spacing w:after="60"/>
        <w:ind w:left="227"/>
      </w:pPr>
      <w:r>
        <w:t>☐  Every figure checked against the customer's own records</w:t>
      </w:r>
    </w:p>
    <w:p>
      <w:pPr>
        <w:spacing w:after="60"/>
        <w:ind w:left="227"/>
      </w:pPr>
      <w:r>
        <w:t>☐  Everyone quoted or photographed has agreed</w:t>
      </w:r>
    </w:p>
    <w:p>
      <w:pPr>
        <w:spacing w:after="60"/>
        <w:ind w:left="227"/>
      </w:pPr>
      <w:r>
        <w:t>☐  Use of their logo agreed</w:t>
      </w:r>
    </w:p>
    <w:p>
      <w:pPr>
        <w:spacing w:after="60"/>
        <w:ind w:left="227"/>
      </w:pPr>
      <w:r>
        <w:t>☐  Written approval saved, with the name, job title and date</w:t>
      </w:r>
    </w:p>
    <w:p>
      <w:pPr>
        <w:spacing w:after="60"/>
        <w:ind w:left="227"/>
      </w:pPr>
      <w:r>
        <w:t>☐  A date set to check it's still accurate</w:t>
      </w:r>
    </w:p>
    <w:p>
      <w:pPr>
        <w:pStyle w:val="Heading2"/>
      </w:pPr>
      <w:r>
        <w:t>9. Where it will be used</w:t>
      </w:r>
    </w:p>
    <w:p>
      <w:pPr>
        <w:spacing w:after="60"/>
        <w:ind w:left="227"/>
      </w:pPr>
      <w:r>
        <w:t>☐  Website</w:t>
      </w:r>
    </w:p>
    <w:p>
      <w:pPr>
        <w:spacing w:after="60"/>
        <w:ind w:left="227"/>
      </w:pPr>
      <w:r>
        <w:t>☐  Proposals and tenders</w:t>
      </w:r>
    </w:p>
    <w:p>
      <w:pPr>
        <w:spacing w:after="60"/>
        <w:ind w:left="227"/>
      </w:pPr>
      <w:r>
        <w:t>☐  Sales emails</w:t>
      </w:r>
    </w:p>
    <w:p>
      <w:pPr>
        <w:spacing w:after="60"/>
        <w:ind w:left="227"/>
      </w:pPr>
      <w:r>
        <w:t>☐  Social media</w:t>
      </w:r>
    </w:p>
    <w:p>
      <w:pPr>
        <w:spacing w:after="60"/>
        <w:ind w:left="227"/>
      </w:pPr>
      <w:r>
        <w:t>☐  Printed material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 template (customer success story)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