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Internal audit checklist and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Audit number</w:t>
            </w:r>
          </w:p>
        </w:tc>
        <w:tc>
          <w:tcPr>
            <w:tcW w:type="dxa" w:w="6803"/>
          </w:tcPr>
          <w:p>
            <w:r>
              <w:t>e.g. IA-2026-04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Process audited, and its owner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Lead auditor</w:t>
            </w:r>
          </w:p>
        </w:tc>
        <w:tc>
          <w:tcPr>
            <w:tcW w:type="dxa" w:w="6803"/>
          </w:tcPr>
          <w:p>
            <w:r>
              <w:t>Not someone who works in this process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Audit 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Criteria</w:t>
            </w:r>
          </w:p>
        </w:tc>
        <w:tc>
          <w:tcPr>
            <w:tcW w:type="dxa" w:w="6803"/>
          </w:tcPr>
          <w:p>
            <w:r>
              <w:t>What you audit against, e.g. SOP-OPS-03, ISO 9001 clauses, a contract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Scope</w:t>
            </w:r>
          </w:p>
        </w:tc>
        <w:tc>
          <w:tcPr>
            <w:tcW w:type="dxa" w:w="6803"/>
          </w:tcPr>
          <w:p>
            <w:r>
              <w:t>Sites, dates and records covered</w:t>
            </w:r>
          </w:p>
        </w:tc>
      </w:tr>
    </w:tbl>
    <w:p/>
    <w:p>
      <w:pPr>
        <w:pStyle w:val="Heading2"/>
      </w:pPr>
      <w:r>
        <w:t>1. Audit plan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Item</w:t>
            </w:r>
          </w:p>
        </w:tc>
        <w:tc>
          <w:tcPr>
            <w:tcW w:type="dxa" w:w="4986"/>
            <w:shd w:val="clear" w:color="auto" w:fill="E3E6FA"/>
          </w:tcPr>
          <w:p>
            <w:r>
              <w:rPr>
                <w:b/>
              </w:rPr>
              <w:t>Detail</w:t>
            </w:r>
          </w:p>
        </w:tc>
      </w:tr>
      <w:tr>
        <w:tc>
          <w:tcPr>
            <w:tcW w:type="dxa" w:w="4986"/>
          </w:tcPr>
          <w:p>
            <w:r>
              <w:t>Objective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Why now: risk, changes or past findings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People to interview, and records to sample</w:t>
            </w:r>
          </w:p>
        </w:tc>
        <w:tc>
          <w:tcPr>
            <w:tcW w:type="dxa" w:w="4986"/>
          </w:tcPr>
          <w:p>
            <w:r/>
          </w:p>
        </w:tc>
      </w:tr>
      <w:tr>
        <w:tc>
          <w:tcPr>
            <w:tcW w:type="dxa" w:w="4986"/>
          </w:tcPr>
          <w:p>
            <w:r>
              <w:t>Opening and closing meetings</w:t>
            </w:r>
          </w:p>
        </w:tc>
        <w:tc>
          <w:tcPr>
            <w:tcW w:type="dxa" w:w="4986"/>
          </w:tcPr>
          <w:p>
            <w:r>
              <w:t>Dates and who attends</w:t>
            </w:r>
          </w:p>
        </w:tc>
      </w:tr>
    </w:tbl>
    <w:p/>
    <w:p>
      <w:pPr>
        <w:pStyle w:val="Heading2"/>
      </w:pPr>
      <w:r>
        <w:t>2. Findings from the last audit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Previous finding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Action taken</w:t>
            </w:r>
          </w:p>
        </w:tc>
        <w:tc>
          <w:tcPr>
            <w:tcW w:type="dxa" w:w="3324"/>
            <w:shd w:val="clear" w:color="auto" w:fill="E3E6FA"/>
          </w:tcPr>
          <w:p>
            <w:r>
              <w:rPr>
                <w:b/>
              </w:rPr>
              <w:t>Effective?</w:t>
            </w:r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  <w:tr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  <w:tc>
          <w:tcPr>
            <w:tcW w:type="dxa" w:w="3324"/>
          </w:tcPr>
          <w:p>
            <w:r/>
          </w:p>
        </w:tc>
      </w:tr>
    </w:tbl>
    <w:p/>
    <w:p>
      <w:pPr>
        <w:pStyle w:val="Heading2"/>
      </w:pPr>
      <w:r>
        <w:t>3. Checklist</w:t>
      </w:r>
    </w:p>
    <w:p>
      <w:r>
        <w:rPr>
          <w:i/>
          <w:color w:val="6B7083"/>
        </w:rPr>
        <w:t>Record what you actually saw: document names, record numbers, dates, people.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#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Question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Evidence seen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Result (C, NC, OBS, OFI)</w:t>
            </w:r>
          </w:p>
        </w:tc>
      </w:tr>
      <w:tr>
        <w:tc>
          <w:tcPr>
            <w:tcW w:type="dxa" w:w="1994"/>
          </w:tcPr>
          <w:p>
            <w:r>
              <w:t>1</w:t>
            </w:r>
          </w:p>
        </w:tc>
        <w:tc>
          <w:tcPr>
            <w:tcW w:type="dxa" w:w="1994"/>
          </w:tcPr>
          <w:p>
            <w:r>
              <w:t>Procedure current and approved</w:t>
            </w:r>
          </w:p>
        </w:tc>
        <w:tc>
          <w:tcPr>
            <w:tcW w:type="dxa" w:w="1994"/>
          </w:tcPr>
          <w:p>
            <w:r>
              <w:t>Is the version in use the latest approved one?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2</w:t>
            </w:r>
          </w:p>
        </w:tc>
        <w:tc>
          <w:tcPr>
            <w:tcW w:type="dxa" w:w="1994"/>
          </w:tcPr>
          <w:p>
            <w:r>
              <w:t>Inputs checked</w:t>
            </w:r>
          </w:p>
        </w:tc>
        <w:tc>
          <w:tcPr>
            <w:tcW w:type="dxa" w:w="1994"/>
          </w:tcPr>
          <w:p>
            <w:r>
              <w:t>How are incoming orders or materials checked?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3</w:t>
            </w:r>
          </w:p>
        </w:tc>
        <w:tc>
          <w:tcPr>
            <w:tcW w:type="dxa" w:w="1994"/>
          </w:tcPr>
          <w:p>
            <w:r>
              <w:t>Steps followed</w:t>
            </w:r>
          </w:p>
        </w:tc>
        <w:tc>
          <w:tcPr>
            <w:tcW w:type="dxa" w:w="1994"/>
          </w:tcPr>
          <w:p>
            <w:r>
              <w:t>Walk me through the last job you completed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4</w:t>
            </w:r>
          </w:p>
        </w:tc>
        <w:tc>
          <w:tcPr>
            <w:tcW w:type="dxa" w:w="1994"/>
          </w:tcPr>
          <w:p>
            <w:r>
              <w:t>Records kept</w:t>
            </w:r>
          </w:p>
        </w:tc>
        <w:tc>
          <w:tcPr>
            <w:tcW w:type="dxa" w:w="1994"/>
          </w:tcPr>
          <w:p>
            <w:r>
              <w:t>Show me the records for three recent jobs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5</w:t>
            </w:r>
          </w:p>
        </w:tc>
        <w:tc>
          <w:tcPr>
            <w:tcW w:type="dxa" w:w="1994"/>
          </w:tcPr>
          <w:p>
            <w:r>
              <w:t>Competence</w:t>
            </w:r>
          </w:p>
        </w:tc>
        <w:tc>
          <w:tcPr>
            <w:tcW w:type="dxa" w:w="1994"/>
          </w:tcPr>
          <w:p>
            <w:r>
              <w:t>How were you trained for this, and where is it recorded?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6</w:t>
            </w:r>
          </w:p>
        </w:tc>
        <w:tc>
          <w:tcPr>
            <w:tcW w:type="dxa" w:w="1994"/>
          </w:tcPr>
          <w:p>
            <w:r>
              <w:t>Faulty output controlled</w:t>
            </w:r>
          </w:p>
        </w:tc>
        <w:tc>
          <w:tcPr>
            <w:tcW w:type="dxa" w:w="1994"/>
          </w:tcPr>
          <w:p>
            <w:r>
              <w:t>What happens when something goes wrong?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7</w:t>
            </w:r>
          </w:p>
        </w:tc>
        <w:tc>
          <w:tcPr>
            <w:tcW w:type="dxa" w:w="1994"/>
          </w:tcPr>
          <w:p>
            <w:r>
              <w:t>Performance measured</w:t>
            </w:r>
          </w:p>
        </w:tc>
        <w:tc>
          <w:tcPr>
            <w:tcW w:type="dxa" w:w="1994"/>
          </w:tcPr>
          <w:p>
            <w:r>
              <w:t>How do you know this process is working?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8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9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>
              <w:t>10</w:t>
            </w:r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4. Findings</w:t>
      </w:r>
    </w:p>
    <w:p>
      <w:r>
        <w:rPr>
          <w:i/>
          <w:color w:val="6B7083"/>
        </w:rPr>
        <w:t>C: conforms. NC: nonconformity, a requirement not met. OBS: observation, at risk of failing. OFI: opportunity for improvement.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#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Finding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Grade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Requirement</w:t>
            </w:r>
          </w:p>
        </w:tc>
        <w:tc>
          <w:tcPr>
            <w:tcW w:type="dxa" w:w="1994"/>
            <w:shd w:val="clear" w:color="auto" w:fill="E3E6FA"/>
          </w:tcPr>
          <w:p>
            <w:r>
              <w:rPr>
                <w:b/>
              </w:rPr>
              <w:t>Evidence</w:t>
            </w:r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  <w:tr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  <w:tc>
          <w:tcPr>
            <w:tcW w:type="dxa" w:w="1994"/>
          </w:tcPr>
          <w:p>
            <w:r/>
          </w:p>
        </w:tc>
      </w:tr>
    </w:tbl>
    <w:p/>
    <w:p>
      <w:pPr>
        <w:pStyle w:val="Heading2"/>
      </w:pPr>
      <w:r>
        <w:t>5. Corrective actions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Finding #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Cause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Correction (this case)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Corrective action (stop it recurring)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662"/>
            <w:shd w:val="clear" w:color="auto" w:fill="E3E6FA"/>
          </w:tcPr>
          <w:p>
            <w:r>
              <w:rPr>
                <w:b/>
              </w:rPr>
              <w:t>Due</w:t>
            </w:r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  <w:tr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  <w:tc>
          <w:tcPr>
            <w:tcW w:type="dxa" w:w="1662"/>
          </w:tcPr>
          <w:p>
            <w:r/>
          </w:p>
        </w:tc>
      </w:tr>
    </w:tbl>
    <w:p/>
    <w:p>
      <w:pPr>
        <w:pStyle w:val="Heading2"/>
      </w:pPr>
      <w:r>
        <w:t>6. Follow-up and close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Follow-up date</w:t>
            </w:r>
          </w:p>
        </w:tc>
        <w:tc>
          <w:tcPr>
            <w:tcW w:type="dxa" w:w="6803"/>
          </w:tcPr>
          <w:p>
            <w:r/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Actions effective?</w:t>
            </w:r>
          </w:p>
        </w:tc>
        <w:tc>
          <w:tcPr>
            <w:tcW w:type="dxa" w:w="6803"/>
          </w:tcPr>
          <w:p>
            <w:r>
              <w:t>Yes or no, with the evidence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Report sent to</w:t>
            </w:r>
          </w:p>
        </w:tc>
        <w:tc>
          <w:tcPr>
            <w:tcW w:type="dxa" w:w="6803"/>
          </w:tcPr>
          <w:p>
            <w:r>
              <w:t>Process owner and management</w:t>
            </w:r>
          </w:p>
        </w:tc>
      </w:tr>
      <w:tr>
        <w:tc>
          <w:tcPr>
            <w:tcW w:type="dxa" w:w="2835"/>
            <w:shd w:val="clear" w:color="auto" w:fill="EEF0FB"/>
          </w:tcPr>
          <w:p>
            <w:r>
              <w:rPr>
                <w:b/>
              </w:rPr>
              <w:t>Closed by, and date</w:t>
            </w:r>
          </w:p>
        </w:tc>
        <w:tc>
          <w:tcPr>
            <w:tcW w:type="dxa" w:w="6803"/>
          </w:tcPr>
          <w:p>
            <w:r/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runbooked.co. Delete this line if you like.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Internal audit checklist</dc:title>
  <dc:subject/>
  <dc:creator>runbooked.co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