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offer letter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>
              <w:t>[date]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To</w:t>
            </w:r>
          </w:p>
        </w:tc>
        <w:tc>
          <w:tcPr>
            <w:tcW w:type="dxa" w:w="6803"/>
          </w:tcPr>
          <w:p>
            <w:r>
              <w:t>[candidate's full name and address]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6803"/>
          </w:tcPr>
          <w:p>
            <w:r>
              <w:t>[vacancy or offer reference]</w:t>
            </w:r>
          </w:p>
        </w:tc>
      </w:tr>
    </w:tbl>
    <w:p/>
    <w:p>
      <w:r>
        <w:t>Dear [first name],</w:t>
      </w:r>
    </w:p>
    <w:p>
      <w:r>
        <w:t>I'm pleased to offer you the job of [job title] at [company name], reporting to [manager's job title]. This letter sets out the main terms. [This offer is conditional on the checks listed below.] [This offer is unconditional.]</w:t>
      </w:r>
    </w:p>
    <w:p>
      <w:pPr>
        <w:pStyle w:val="Heading2"/>
      </w:pPr>
      <w:r>
        <w:t>Main terms of the offer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Term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986"/>
          </w:tcPr>
          <w:p>
            <w:r>
              <w:t>Job title</w:t>
            </w:r>
          </w:p>
        </w:tc>
        <w:tc>
          <w:tcPr>
            <w:tcW w:type="dxa" w:w="4986"/>
          </w:tcPr>
          <w:p>
            <w:r>
              <w:t>[job title]</w:t>
            </w:r>
          </w:p>
        </w:tc>
      </w:tr>
      <w:tr>
        <w:tc>
          <w:tcPr>
            <w:tcW w:type="dxa" w:w="4986"/>
          </w:tcPr>
          <w:p>
            <w:r>
              <w:t>Start date</w:t>
            </w:r>
          </w:p>
        </w:tc>
        <w:tc>
          <w:tcPr>
            <w:tcW w:type="dxa" w:w="4986"/>
          </w:tcPr>
          <w:p>
            <w:r>
              <w:t>[date], or another date we agree</w:t>
            </w:r>
          </w:p>
        </w:tc>
      </w:tr>
      <w:tr>
        <w:tc>
          <w:tcPr>
            <w:tcW w:type="dxa" w:w="4986"/>
          </w:tcPr>
          <w:p>
            <w:r>
              <w:t>Place of work</w:t>
            </w:r>
          </w:p>
        </w:tc>
        <w:tc>
          <w:tcPr>
            <w:tcW w:type="dxa" w:w="4986"/>
          </w:tcPr>
          <w:p>
            <w:r>
              <w:t>[address, and any hybrid or remote arrangement]</w:t>
            </w:r>
          </w:p>
        </w:tc>
      </w:tr>
      <w:tr>
        <w:tc>
          <w:tcPr>
            <w:tcW w:type="dxa" w:w="4986"/>
          </w:tcPr>
          <w:p>
            <w:r>
              <w:t>Pay</w:t>
            </w:r>
          </w:p>
        </w:tc>
        <w:tc>
          <w:tcPr>
            <w:tcW w:type="dxa" w:w="4986"/>
          </w:tcPr>
          <w:p>
            <w:r>
              <w:t>[amount] a [year / hour], paid [monthly / weekly] on [day]</w:t>
            </w:r>
          </w:p>
        </w:tc>
      </w:tr>
      <w:tr>
        <w:tc>
          <w:tcPr>
            <w:tcW w:type="dxa" w:w="4986"/>
          </w:tcPr>
          <w:p>
            <w:r>
              <w:t>Hours</w:t>
            </w:r>
          </w:p>
        </w:tc>
        <w:tc>
          <w:tcPr>
            <w:tcW w:type="dxa" w:w="4986"/>
          </w:tcPr>
          <w:p>
            <w:r>
              <w:t>[hours] a week, [days and times]; [overtime arrangements]</w:t>
            </w:r>
          </w:p>
        </w:tc>
      </w:tr>
      <w:tr>
        <w:tc>
          <w:tcPr>
            <w:tcW w:type="dxa" w:w="4986"/>
          </w:tcPr>
          <w:p>
            <w:r>
              <w:t>Holiday</w:t>
            </w:r>
          </w:p>
        </w:tc>
        <w:tc>
          <w:tcPr>
            <w:tcW w:type="dxa" w:w="4986"/>
          </w:tcPr>
          <w:p>
            <w:r>
              <w:t>[days] a year, [including / plus] public holidays</w:t>
            </w:r>
          </w:p>
        </w:tc>
      </w:tr>
      <w:tr>
        <w:tc>
          <w:tcPr>
            <w:tcW w:type="dxa" w:w="4986"/>
          </w:tcPr>
          <w:p>
            <w:r>
              <w:t>Pension or retirement plan</w:t>
            </w:r>
          </w:p>
        </w:tc>
        <w:tc>
          <w:tcPr>
            <w:tcW w:type="dxa" w:w="4986"/>
          </w:tcPr>
          <w:p>
            <w:r>
              <w:t>[scheme and contributions]</w:t>
            </w:r>
          </w:p>
        </w:tc>
      </w:tr>
      <w:tr>
        <w:tc>
          <w:tcPr>
            <w:tcW w:type="dxa" w:w="4986"/>
          </w:tcPr>
          <w:p>
            <w:r>
              <w:t>Other benefits</w:t>
            </w:r>
          </w:p>
        </w:tc>
        <w:tc>
          <w:tcPr>
            <w:tcW w:type="dxa" w:w="4986"/>
          </w:tcPr>
          <w:p>
            <w:r>
              <w:t>[for example bonus scheme, health cover, enhanced sick pay]</w:t>
            </w:r>
          </w:p>
        </w:tc>
      </w:tr>
      <w:tr>
        <w:tc>
          <w:tcPr>
            <w:tcW w:type="dxa" w:w="4986"/>
          </w:tcPr>
          <w:p>
            <w:r>
              <w:t>Probation</w:t>
            </w:r>
          </w:p>
        </w:tc>
        <w:tc>
          <w:tcPr>
            <w:tcW w:type="dxa" w:w="4986"/>
          </w:tcPr>
          <w:p>
            <w:r>
              <w:t>[length, and how it will be reviewed]</w:t>
            </w:r>
          </w:p>
        </w:tc>
      </w:tr>
      <w:tr>
        <w:tc>
          <w:tcPr>
            <w:tcW w:type="dxa" w:w="4986"/>
          </w:tcPr>
          <w:p>
            <w:r>
              <w:t>Notice</w:t>
            </w:r>
          </w:p>
        </w:tc>
        <w:tc>
          <w:tcPr>
            <w:tcW w:type="dxa" w:w="4986"/>
          </w:tcPr>
          <w:p>
            <w:r>
              <w:t>[during probation] / [after probation]</w:t>
            </w:r>
          </w:p>
        </w:tc>
      </w:tr>
    </w:tbl>
    <w:p/>
    <w:p>
      <w:pPr>
        <w:pStyle w:val="Heading2"/>
      </w:pPr>
      <w:r>
        <w:t>Conditions</w:t>
      </w:r>
    </w:p>
    <w:p>
      <w:r>
        <w:rPr>
          <w:i/>
          <w:color w:val="6B7083"/>
        </w:rPr>
        <w:t>[Delete this section if the offer is unconditional. Keep only the checks you will actually carry out.]</w:t>
      </w:r>
    </w:p>
    <w:p>
      <w:pPr>
        <w:pStyle w:val="ListBullet"/>
      </w:pPr>
      <w:r>
        <w:t>UK: proof of your right to work in the UK, which we must check before your employment starts</w:t>
      </w:r>
    </w:p>
    <w:p>
      <w:pPr>
        <w:pStyle w:val="ListBullet"/>
      </w:pPr>
      <w:r>
        <w:t>US: completing Form I-9, including showing documents that establish your identity and your authorisation to work</w:t>
      </w:r>
    </w:p>
    <w:p>
      <w:pPr>
        <w:pStyle w:val="ListBullet"/>
      </w:pPr>
      <w:r>
        <w:t>[Two] references we consider satisfactory, one from your most recent employer</w:t>
      </w:r>
    </w:p>
    <w:p>
      <w:pPr>
        <w:pStyle w:val="ListBullet"/>
      </w:pPr>
      <w:r>
        <w:t>[Any other check the role needs, such as a criminal record check or proof of a qualification]</w:t>
      </w:r>
    </w:p>
    <w:p>
      <w:r>
        <w:t>If a condition isn't met, we may withdraw this offer, and we will tell you why.</w:t>
      </w:r>
    </w:p>
    <w:p>
      <w:pPr>
        <w:pStyle w:val="Heading2"/>
      </w:pPr>
      <w:r>
        <w:t>Accepting the offer</w:t>
      </w:r>
    </w:p>
    <w:p>
      <w:r>
        <w:t>Please let us know by [date] whether you accept, by signing and returning the slip below or by email to [name] at [email address]. If you have any questions, call [name] on [phone number].</w:t>
      </w:r>
    </w:p>
    <w:p>
      <w:r>
        <w:t>[UK: you will receive your written statement of employment particulars on or before your first day.] We look forward to working with you.</w:t>
      </w:r>
    </w:p>
    <w:p>
      <w:r>
        <w:t>Yours sincerely,</w:t>
      </w:r>
    </w:p>
    <w:p>
      <w:r>
        <w:t>[name], [job title]</w:t>
      </w:r>
    </w:p>
    <w:p>
      <w:pPr>
        <w:pStyle w:val="Heading2"/>
      </w:pPr>
      <w:r>
        <w:t>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 accept the offer of employment on the terms in this letter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Start date agreed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offer letter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