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6803"/>
          </w:tcPr>
          <w:p>
            <w:r>
              <w:t>Client organisation and the person who will decide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803"/>
          </w:tcPr>
          <w:p>
            <w:r>
              <w:t>Your company and the proposal lead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6803"/>
          </w:tcPr>
          <w:p>
            <w:r>
              <w:t>e.g. PR-2026-031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6803"/>
          </w:tcPr>
          <w:p>
            <w:r>
              <w:t>e.g. 60 days from the date above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</w:tbl>
    <w:p/>
    <w:p>
      <w:pPr>
        <w:pStyle w:val="Heading2"/>
      </w:pPr>
      <w:r>
        <w:t>1. Summary</w:t>
      </w:r>
    </w:p>
    <w:p>
      <w:r>
        <w:rPr>
          <w:i/>
          <w:color w:val="6B7083"/>
        </w:rPr>
        <w:t>Half a page for the person who signs: their goal, what you propose, the result they can expect, the price and the decision you're asking for. Write it last.</w:t>
      </w:r>
    </w:p>
    <w:p>
      <w:pPr>
        <w:pStyle w:val="Heading2"/>
      </w:pPr>
      <w:r>
        <w:t>2. Your situation and objectives</w:t>
      </w:r>
    </w:p>
    <w:p>
      <w:r>
        <w:rPr>
          <w:i/>
          <w:color w:val="6B7083"/>
        </w:rPr>
        <w:t>Show you listened. Use the client's own words and figures from your conversations.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you told us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it costs you now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success looks like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Our approach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we'll do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you'll receive</w:t>
            </w:r>
          </w:p>
        </w:tc>
      </w:tr>
      <w:tr>
        <w:tc>
          <w:tcPr>
            <w:tcW w:type="dxa" w:w="3324"/>
          </w:tcPr>
          <w:p>
            <w:r>
              <w:t>1. Discovery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2.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3.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4.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Included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Not included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5.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Depends on</w:t>
            </w:r>
          </w:p>
        </w:tc>
      </w:tr>
      <w:tr>
        <w:tc>
          <w:tcPr>
            <w:tcW w:type="dxa" w:w="3324"/>
          </w:tcPr>
          <w:p>
            <w:r>
              <w:t>Kick-off meeting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Signed agreement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Handover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Your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Name and role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Responsible for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Relevant experience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Why us</w:t>
      </w:r>
    </w:p>
    <w:p>
      <w:pPr>
        <w:pStyle w:val="ListBullet"/>
      </w:pPr>
      <w:r>
        <w:t>Similar work for similar clients, with a case study or a reference they can call</w:t>
      </w:r>
    </w:p>
    <w:p>
      <w:pPr>
        <w:pStyle w:val="ListBullet"/>
      </w:pPr>
      <w:r>
        <w:t>What we'll do differently, and why it matters to this client</w:t>
      </w:r>
    </w:p>
    <w:p>
      <w:pPr>
        <w:pStyle w:val="ListBullet"/>
      </w:pPr>
      <w:r>
        <w:t>How we'll keep you informed: named contact, reports and meetings</w:t>
      </w:r>
    </w:p>
    <w:p>
      <w:pPr>
        <w:pStyle w:val="Heading2"/>
      </w:pPr>
      <w:r>
        <w:t>8. Investment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it includes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Price (excl. VAT)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Payment schedule</w:t>
            </w:r>
          </w:p>
        </w:tc>
      </w:tr>
      <w:tr>
        <w:tc>
          <w:tcPr>
            <w:tcW w:type="dxa" w:w="2493"/>
          </w:tcPr>
          <w:p>
            <w:r>
              <w:t>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 (recommended)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Ongoing support (optional)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Say what the price covers, what would change it, and how extra work will be agreed and charged.</w:t>
      </w:r>
    </w:p>
    <w:p>
      <w:pPr>
        <w:pStyle w:val="Heading2"/>
      </w:pPr>
      <w:r>
        <w:t>9. Assumptions and what we need from you</w:t>
      </w:r>
    </w:p>
    <w:p>
      <w:pPr>
        <w:pStyle w:val="ListBullet"/>
      </w:pPr>
      <w:r>
        <w:t>Information, access or people the client must provide, and by when</w:t>
      </w:r>
    </w:p>
    <w:p>
      <w:pPr>
        <w:pStyle w:val="ListBullet"/>
      </w:pPr>
      <w:r>
        <w:t>Assumptions behind the price and the timeline</w:t>
      </w:r>
    </w:p>
    <w:p>
      <w:pPr>
        <w:pStyle w:val="ListBullet"/>
      </w:pPr>
      <w:r>
        <w:t>The terms of business that will apply</w:t>
      </w:r>
    </w:p>
    <w:p>
      <w:pPr>
        <w:pStyle w:val="Heading2"/>
      </w:pPr>
      <w:r>
        <w:t>10. Next steps</w:t>
      </w:r>
    </w:p>
    <w:p>
      <w:pPr>
        <w:spacing w:after="60"/>
        <w:ind w:left="227"/>
      </w:pPr>
      <w:r>
        <w:t>☐  Client chooses an option</w:t>
      </w:r>
    </w:p>
    <w:p>
      <w:pPr>
        <w:spacing w:after="60"/>
        <w:ind w:left="227"/>
      </w:pPr>
      <w:r>
        <w:t>☐  We send the agreement for signature</w:t>
      </w:r>
    </w:p>
    <w:p>
      <w:pPr>
        <w:spacing w:after="60"/>
        <w:ind w:left="227"/>
      </w:pPr>
      <w:r>
        <w:t>☐  Purchase order raised, if the client uses them</w:t>
      </w:r>
    </w:p>
    <w:p>
      <w:pPr>
        <w:spacing w:after="60"/>
        <w:ind w:left="227"/>
      </w:pPr>
      <w:r>
        <w:t>☐  Kick-off meeting booked</w:t>
      </w:r>
    </w:p>
    <w:p>
      <w:pPr>
        <w:pStyle w:val="Heading2"/>
      </w:pPr>
      <w:r>
        <w:t>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Option chosen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Accepted for the client by</w:t>
            </w:r>
          </w:p>
        </w:tc>
        <w:tc>
          <w:tcPr>
            <w:tcW w:type="dxa" w:w="6803"/>
          </w:tcPr>
          <w:p>
            <w:r>
              <w:t>Name and job title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